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כמיהה לירושלים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סדר המנהגים ביום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החג ככמיהה לירושלים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סדרו את מהלך יום הסיגד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לובשים בגדים לבנים וצמים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עולים יחד על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הקסים מקריאים מן האורית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מתפללים ומבקשים סליחה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יורדים מן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אוכלים סעודה, שרים ורוקדים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מקריאים מן האורית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כדי להתפלל ולהתקרב 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כמיהה 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לובשים בגדים לבנים וצמים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אחרי הירידה מההר חוגגים ושמחים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האורית נקראת למעלה על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צמים כחלק ממנהגי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הם אלה שקוראים מן האורית ומנחים את הקהל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רוקדים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(ספר קדוש שקוראים ממנו בחג)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(מנהיגים רוחניים של החג)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(געגוע חזק למקום)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(בקשת מחילה בתפילה)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(ארוחה חגיגית בסוף היום)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ההר מסמל התקרבות השמימה ולירושלים, וביטוי לכמיהה ולתקווה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המבטאת געגוע, תקווה או שייכות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אוכלים סעודה, שרים ורוקדים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כמיהה לירושלים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מההר והסעודה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את הסדר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כמיהה לירושלים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חג הסיגד הוא חג המציין את הכמיהה והגעגוע לירושלים. ביום זה עולים יחד אל ראש ההר, מתפללים, קוראים מן האורית וחוגגים בסעודה משותפת.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סדרו את מהלך יום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מקריאים מן האורית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לובשים בגדים לבנים וצמים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עולים יחד על ההר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יורדים מן ההר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אוכלים סעודה, שרים ורוקדים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מתפללים ומבקשים סליחה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הקסים ביום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רוקדים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מקריאים מן האורית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צובעים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בונים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עולים אנשים על ההר בחג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לנוח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להתפלל ולהתקרב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מבטא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 על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כמיהה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סוף הקיץ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הולדת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לפני העלייה להר?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אוכלים סעודה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לובשים בגדים לבנים וצמים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רוקדים כל הלילה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הולכים לישון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הסיגד אוכלים סעודה חגיגית בסוף 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האורית נקראת בתחילת היום לפני העלייה להר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הסיגד לא צמים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הם מנהיגים רוחניים שמובילים את התפילה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ביום הסיגד לובשים בגדים __________ וצמים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מקריאים מן האורית בראש ההר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אחרי התפילה והקריאה, יורדים מן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היום אוכלים סעודה, שרים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מנהיגים רוחניים של החג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ספר קדוש שקוראים ממנו בחג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כמיהה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בקשת מחילה בתפילה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סליחה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ארוחה חגיגית בסוף היום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סעודה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געגוע חזק למקום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לדעתכם עולים דווקא על הר ביום הסיגד?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ההרגשה שלכם כשאתם חושבים על כמיהה לירושלים?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קוראים הקסים ביום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אחרי הירידה מההר?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מבטא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 – כמיהה לירושלים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